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CA47C" w14:textId="6CE57FD8" w:rsidR="004B2F84" w:rsidRPr="008F2525" w:rsidRDefault="00A21C00">
      <w:pPr>
        <w:pStyle w:val="berschrift1"/>
        <w:jc w:val="center"/>
        <w:rPr>
          <w:lang w:val="de-DE"/>
        </w:rPr>
      </w:pPr>
      <w:r w:rsidRPr="008F2525">
        <w:rPr>
          <w:lang w:val="de-DE"/>
        </w:rPr>
        <w:t>Sonderbetriebsausgaben</w:t>
      </w:r>
      <w:r w:rsidR="008F2525" w:rsidRPr="008F2525">
        <w:rPr>
          <w:lang w:val="de-DE"/>
        </w:rPr>
        <w:t xml:space="preserve"> </w:t>
      </w:r>
      <w:r w:rsidR="008F2525">
        <w:rPr>
          <w:lang w:val="de-DE"/>
        </w:rPr>
        <w:t>für Gesellschafter</w:t>
      </w:r>
    </w:p>
    <w:p w14:paraId="66C2F2A5" w14:textId="77777777" w:rsidR="008F2525" w:rsidRDefault="008F2525">
      <w:pPr>
        <w:rPr>
          <w:lang w:val="de-DE"/>
        </w:rPr>
      </w:pPr>
    </w:p>
    <w:p w14:paraId="02BABDAA" w14:textId="3B66832C" w:rsidR="004B2F84" w:rsidRPr="008F2525" w:rsidRDefault="00A21C00">
      <w:pPr>
        <w:rPr>
          <w:lang w:val="de-DE"/>
        </w:rPr>
      </w:pPr>
      <w:r w:rsidRPr="008F2525">
        <w:rPr>
          <w:lang w:val="de-DE"/>
        </w:rPr>
        <w:t>Steuerjahr: ___________</w:t>
      </w:r>
    </w:p>
    <w:p w14:paraId="510ACE97" w14:textId="77777777" w:rsidR="004B2F84" w:rsidRPr="008F2525" w:rsidRDefault="00A21C00">
      <w:pPr>
        <w:rPr>
          <w:lang w:val="de-DE"/>
        </w:rPr>
      </w:pPr>
      <w:r w:rsidRPr="008F2525">
        <w:rPr>
          <w:lang w:val="de-DE"/>
        </w:rPr>
        <w:t>Name des Mitunternehmers: __________________________</w:t>
      </w:r>
    </w:p>
    <w:p w14:paraId="26A45AAA" w14:textId="77777777" w:rsidR="004B2F84" w:rsidRPr="008F2525" w:rsidRDefault="00A21C00">
      <w:pPr>
        <w:rPr>
          <w:lang w:val="de-DE"/>
        </w:rPr>
      </w:pPr>
      <w:r w:rsidRPr="008F2525">
        <w:rPr>
          <w:lang w:val="de-DE"/>
        </w:rPr>
        <w:t xml:space="preserve">Anschrift: </w:t>
      </w:r>
      <w:r w:rsidRPr="008F2525">
        <w:rPr>
          <w:lang w:val="de-DE"/>
        </w:rPr>
        <w:t>__________________________________________</w:t>
      </w:r>
    </w:p>
    <w:p w14:paraId="0A36F424" w14:textId="77777777" w:rsidR="004B2F84" w:rsidRPr="008F2525" w:rsidRDefault="00A21C00">
      <w:pPr>
        <w:rPr>
          <w:lang w:val="de-DE"/>
        </w:rPr>
      </w:pPr>
      <w:r w:rsidRPr="008F2525">
        <w:rPr>
          <w:lang w:val="de-DE"/>
        </w:rPr>
        <w:t>Beteiligung an der Gesellschaft: _____________________</w:t>
      </w:r>
    </w:p>
    <w:p w14:paraId="7940CE62" w14:textId="5B87210B" w:rsidR="004B2F84" w:rsidRPr="008F2525" w:rsidRDefault="00A21C00">
      <w:pPr>
        <w:pStyle w:val="berschrift2"/>
        <w:rPr>
          <w:lang w:val="de-DE"/>
        </w:rPr>
      </w:pPr>
      <w:r w:rsidRPr="008F2525">
        <w:rPr>
          <w:lang w:val="de-DE"/>
        </w:rPr>
        <w:br/>
      </w:r>
      <w:r w:rsidRPr="008F2525">
        <w:rPr>
          <w:lang w:val="de-DE"/>
        </w:rPr>
        <w:t>Sonderbetriebsausgaben</w:t>
      </w:r>
      <w:r w:rsidR="008F2525">
        <w:rPr>
          <w:lang w:val="de-DE"/>
        </w:rPr>
        <w:t xml:space="preserve"> (Beispielhafte Liste)</w:t>
      </w:r>
      <w:r w:rsidRPr="008F2525">
        <w:rPr>
          <w:lang w:val="de-DE"/>
        </w:rPr>
        <w:br/>
      </w:r>
    </w:p>
    <w:p w14:paraId="463A867A" w14:textId="79FE2202" w:rsidR="004B2F84" w:rsidRPr="008F2525" w:rsidRDefault="00A21C00" w:rsidP="008F2525">
      <w:pPr>
        <w:pStyle w:val="berschrift3"/>
        <w:rPr>
          <w:sz w:val="24"/>
          <w:szCs w:val="24"/>
          <w:lang w:val="de-DE"/>
        </w:rPr>
      </w:pPr>
      <w:r w:rsidRPr="008F2525">
        <w:rPr>
          <w:lang w:val="de-DE"/>
        </w:rPr>
        <w:br/>
      </w:r>
      <w:r w:rsidRPr="008F2525">
        <w:rPr>
          <w:sz w:val="24"/>
          <w:szCs w:val="24"/>
          <w:lang w:val="de-DE"/>
        </w:rPr>
        <w:t xml:space="preserve">Zinsen für </w:t>
      </w:r>
      <w:r w:rsidR="008F2525" w:rsidRPr="008F2525">
        <w:rPr>
          <w:sz w:val="24"/>
          <w:szCs w:val="24"/>
          <w:lang w:val="de-DE"/>
        </w:rPr>
        <w:t>D</w:t>
      </w:r>
      <w:r w:rsidRPr="008F2525">
        <w:rPr>
          <w:sz w:val="24"/>
          <w:szCs w:val="24"/>
          <w:lang w:val="de-DE"/>
        </w:rPr>
        <w:t>arlehen</w:t>
      </w:r>
    </w:p>
    <w:p w14:paraId="4E45E058" w14:textId="77777777" w:rsidR="004B2F84" w:rsidRPr="008F2525" w:rsidRDefault="00A21C00">
      <w:pPr>
        <w:rPr>
          <w:lang w:val="de-DE"/>
        </w:rPr>
      </w:pPr>
      <w:r w:rsidRPr="008F2525">
        <w:rPr>
          <w:lang w:val="de-DE"/>
        </w:rPr>
        <w:t>Betrag: __________ €</w:t>
      </w:r>
    </w:p>
    <w:p w14:paraId="69BC6AA1" w14:textId="77777777" w:rsidR="004B2F84" w:rsidRPr="008F2525" w:rsidRDefault="00A21C00">
      <w:pPr>
        <w:rPr>
          <w:lang w:val="de-DE"/>
        </w:rPr>
      </w:pPr>
      <w:r w:rsidRPr="008F2525">
        <w:rPr>
          <w:lang w:val="de-DE"/>
        </w:rPr>
        <w:t>Beschreibung: ___________________________________________</w:t>
      </w:r>
    </w:p>
    <w:p w14:paraId="7C539A72" w14:textId="77777777" w:rsidR="004B2F84" w:rsidRPr="008F2525" w:rsidRDefault="00A21C00">
      <w:pPr>
        <w:pStyle w:val="berschrift3"/>
        <w:rPr>
          <w:lang w:val="de-DE"/>
        </w:rPr>
      </w:pPr>
      <w:r w:rsidRPr="008F2525">
        <w:rPr>
          <w:lang w:val="de-DE"/>
        </w:rPr>
        <w:br/>
        <w:t>Fahrtkost</w:t>
      </w:r>
      <w:r w:rsidRPr="008F2525">
        <w:rPr>
          <w:lang w:val="de-DE"/>
        </w:rPr>
        <w:t>en</w:t>
      </w:r>
    </w:p>
    <w:p w14:paraId="14023AC2" w14:textId="4DB2DB02" w:rsidR="004B2F84" w:rsidRDefault="008F2525">
      <w:pPr>
        <w:rPr>
          <w:lang w:val="de-DE"/>
        </w:rPr>
      </w:pPr>
      <w:r>
        <w:rPr>
          <w:lang w:val="de-DE"/>
        </w:rPr>
        <w:t>Siehe „Fahrtenliste für Gesellschafter“</w:t>
      </w:r>
    </w:p>
    <w:p w14:paraId="038E8EAA" w14:textId="6188B231" w:rsidR="008F2525" w:rsidRPr="008F2525" w:rsidRDefault="008F2525">
      <w:pPr>
        <w:rPr>
          <w:lang w:val="de-DE"/>
        </w:rPr>
      </w:pPr>
      <w:r>
        <w:rPr>
          <w:lang w:val="de-DE"/>
        </w:rPr>
        <w:t>Bei Nutzung von öffentlichen Verkehrsmitteln bitte die Nachweise beifügen</w:t>
      </w:r>
    </w:p>
    <w:p w14:paraId="3494CD9D" w14:textId="7F9FB19E" w:rsidR="004B2F84" w:rsidRPr="008F2525" w:rsidRDefault="00A21C00">
      <w:pPr>
        <w:pStyle w:val="berschrift3"/>
        <w:rPr>
          <w:lang w:val="de-DE"/>
        </w:rPr>
      </w:pPr>
      <w:r w:rsidRPr="008F2525">
        <w:rPr>
          <w:lang w:val="de-DE"/>
        </w:rPr>
        <w:br/>
        <w:t>Raumkosten</w:t>
      </w:r>
      <w:r w:rsidR="008F2525">
        <w:rPr>
          <w:lang w:val="de-DE"/>
        </w:rPr>
        <w:t xml:space="preserve"> (Arbeitszimmer)</w:t>
      </w:r>
    </w:p>
    <w:p w14:paraId="73382A8A" w14:textId="151ECF6B" w:rsidR="004B2F84" w:rsidRPr="008F2525" w:rsidRDefault="00A21C00">
      <w:pPr>
        <w:rPr>
          <w:lang w:val="de-DE"/>
        </w:rPr>
      </w:pPr>
      <w:r w:rsidRPr="008F2525">
        <w:rPr>
          <w:lang w:val="de-DE"/>
        </w:rPr>
        <w:t xml:space="preserve">Anteil der </w:t>
      </w:r>
      <w:r w:rsidR="008F2525">
        <w:rPr>
          <w:lang w:val="de-DE"/>
        </w:rPr>
        <w:t xml:space="preserve">Tage der </w:t>
      </w:r>
      <w:r w:rsidRPr="008F2525">
        <w:rPr>
          <w:lang w:val="de-DE"/>
        </w:rPr>
        <w:t>betrieblichen Nutzung: _______</w:t>
      </w:r>
    </w:p>
    <w:p w14:paraId="36EF9971" w14:textId="7731CF16" w:rsidR="004B2F84" w:rsidRPr="008F2525" w:rsidRDefault="00A21C00">
      <w:pPr>
        <w:pStyle w:val="berschrift3"/>
        <w:rPr>
          <w:lang w:val="de-DE"/>
        </w:rPr>
      </w:pPr>
      <w:r w:rsidRPr="008F2525">
        <w:rPr>
          <w:lang w:val="de-DE"/>
        </w:rPr>
        <w:br/>
      </w:r>
      <w:r w:rsidRPr="008F2525">
        <w:rPr>
          <w:lang w:val="de-DE"/>
        </w:rPr>
        <w:t>Bewirtungskosten</w:t>
      </w:r>
    </w:p>
    <w:p w14:paraId="20DE4384" w14:textId="77777777" w:rsidR="004B2F84" w:rsidRPr="008F2525" w:rsidRDefault="00A21C00">
      <w:pPr>
        <w:rPr>
          <w:lang w:val="de-DE"/>
        </w:rPr>
      </w:pPr>
      <w:r w:rsidRPr="008F2525">
        <w:rPr>
          <w:lang w:val="de-DE"/>
        </w:rPr>
        <w:t>Betrag: __________ €</w:t>
      </w:r>
    </w:p>
    <w:p w14:paraId="09D0F307" w14:textId="77777777" w:rsidR="004B2F84" w:rsidRPr="008F2525" w:rsidRDefault="00A21C00">
      <w:pPr>
        <w:rPr>
          <w:lang w:val="de-DE"/>
        </w:rPr>
      </w:pPr>
      <w:r w:rsidRPr="008F2525">
        <w:rPr>
          <w:lang w:val="de-DE"/>
        </w:rPr>
        <w:t>Ort/Datum/Zweck: ________________________________________</w:t>
      </w:r>
    </w:p>
    <w:p w14:paraId="3007FF61" w14:textId="77777777" w:rsidR="004B2F84" w:rsidRPr="008F2525" w:rsidRDefault="00A21C00">
      <w:pPr>
        <w:rPr>
          <w:lang w:val="de-DE"/>
        </w:rPr>
      </w:pPr>
      <w:r w:rsidRPr="008F2525">
        <w:rPr>
          <w:lang w:val="de-DE"/>
        </w:rPr>
        <w:t>Teilnehmer: _____________________________________________</w:t>
      </w:r>
    </w:p>
    <w:p w14:paraId="3DDCE9AE" w14:textId="77777777" w:rsidR="004B2F84" w:rsidRPr="008F2525" w:rsidRDefault="00A21C00">
      <w:pPr>
        <w:pStyle w:val="berschrift3"/>
        <w:rPr>
          <w:lang w:val="de-DE"/>
        </w:rPr>
      </w:pPr>
      <w:r w:rsidRPr="008F2525">
        <w:rPr>
          <w:lang w:val="de-DE"/>
        </w:rPr>
        <w:br/>
        <w:t>Arbeitsmit</w:t>
      </w:r>
      <w:r w:rsidRPr="008F2525">
        <w:rPr>
          <w:lang w:val="de-DE"/>
        </w:rPr>
        <w:t>tel</w:t>
      </w:r>
    </w:p>
    <w:p w14:paraId="5EFD8FF3" w14:textId="77777777" w:rsidR="004B2F84" w:rsidRPr="008F2525" w:rsidRDefault="00A21C00">
      <w:pPr>
        <w:rPr>
          <w:lang w:val="de-DE"/>
        </w:rPr>
      </w:pPr>
      <w:r w:rsidRPr="008F2525">
        <w:rPr>
          <w:lang w:val="de-DE"/>
        </w:rPr>
        <w:t>Betrag: __________ €</w:t>
      </w:r>
    </w:p>
    <w:p w14:paraId="40885204" w14:textId="77777777" w:rsidR="004B2F84" w:rsidRPr="008F2525" w:rsidRDefault="00A21C00">
      <w:pPr>
        <w:rPr>
          <w:lang w:val="de-DE"/>
        </w:rPr>
      </w:pPr>
      <w:r w:rsidRPr="008F2525">
        <w:rPr>
          <w:lang w:val="de-DE"/>
        </w:rPr>
        <w:t>Art des Gegenstands: ____________________________________</w:t>
      </w:r>
    </w:p>
    <w:p w14:paraId="48BF3D24" w14:textId="77777777" w:rsidR="004B2F84" w:rsidRPr="008F2525" w:rsidRDefault="00A21C00">
      <w:pPr>
        <w:rPr>
          <w:lang w:val="de-DE"/>
        </w:rPr>
      </w:pPr>
      <w:r w:rsidRPr="008F2525">
        <w:rPr>
          <w:lang w:val="de-DE"/>
        </w:rPr>
        <w:t>Anschaffungsdatum: ______________</w:t>
      </w:r>
    </w:p>
    <w:p w14:paraId="6B99782D" w14:textId="77777777" w:rsidR="004B2F84" w:rsidRPr="008F2525" w:rsidRDefault="00A21C00">
      <w:pPr>
        <w:pStyle w:val="berschrift3"/>
        <w:rPr>
          <w:lang w:val="de-DE"/>
        </w:rPr>
      </w:pPr>
      <w:r w:rsidRPr="008F2525">
        <w:rPr>
          <w:lang w:val="de-DE"/>
        </w:rPr>
        <w:br/>
        <w:t>Beratungskosten</w:t>
      </w:r>
    </w:p>
    <w:p w14:paraId="79A437FA" w14:textId="77777777" w:rsidR="004B2F84" w:rsidRPr="008F2525" w:rsidRDefault="00A21C00">
      <w:pPr>
        <w:rPr>
          <w:lang w:val="de-DE"/>
        </w:rPr>
      </w:pPr>
      <w:r w:rsidRPr="008F2525">
        <w:rPr>
          <w:lang w:val="de-DE"/>
        </w:rPr>
        <w:t>Betrag: __________ €</w:t>
      </w:r>
    </w:p>
    <w:p w14:paraId="2C0465BC" w14:textId="77777777" w:rsidR="004B2F84" w:rsidRPr="008F2525" w:rsidRDefault="00A21C00">
      <w:pPr>
        <w:rPr>
          <w:lang w:val="de-DE"/>
        </w:rPr>
      </w:pPr>
      <w:r w:rsidRPr="008F2525">
        <w:rPr>
          <w:lang w:val="de-DE"/>
        </w:rPr>
        <w:t>Art der Beratung: ______________________________________</w:t>
      </w:r>
    </w:p>
    <w:p w14:paraId="3FBFB723" w14:textId="77777777" w:rsidR="004B2F84" w:rsidRPr="008F2525" w:rsidRDefault="00A21C00">
      <w:pPr>
        <w:pStyle w:val="berschrift3"/>
        <w:rPr>
          <w:lang w:val="de-DE"/>
        </w:rPr>
      </w:pPr>
      <w:r w:rsidRPr="008F2525">
        <w:rPr>
          <w:lang w:val="de-DE"/>
        </w:rPr>
        <w:br/>
        <w:t>Versicherungskosten</w:t>
      </w:r>
    </w:p>
    <w:p w14:paraId="38E18B63" w14:textId="77777777" w:rsidR="004B2F84" w:rsidRPr="008F2525" w:rsidRDefault="00A21C00">
      <w:pPr>
        <w:rPr>
          <w:lang w:val="de-DE"/>
        </w:rPr>
      </w:pPr>
      <w:r w:rsidRPr="008F2525">
        <w:rPr>
          <w:lang w:val="de-DE"/>
        </w:rPr>
        <w:t xml:space="preserve">Betrag: </w:t>
      </w:r>
      <w:r w:rsidRPr="008F2525">
        <w:rPr>
          <w:lang w:val="de-DE"/>
        </w:rPr>
        <w:t>__________ €</w:t>
      </w:r>
    </w:p>
    <w:p w14:paraId="3FAD2E5B" w14:textId="4CE272C2" w:rsidR="004B2F84" w:rsidRDefault="00A21C00">
      <w:pPr>
        <w:rPr>
          <w:lang w:val="de-DE"/>
        </w:rPr>
      </w:pPr>
      <w:r w:rsidRPr="008F2525">
        <w:rPr>
          <w:lang w:val="de-DE"/>
        </w:rPr>
        <w:t>Versicherungsart: ______________________________________</w:t>
      </w:r>
    </w:p>
    <w:p w14:paraId="42F92FCF" w14:textId="661EBB67" w:rsidR="008F2525" w:rsidRPr="008F2525" w:rsidRDefault="008F2525" w:rsidP="008F2525">
      <w:pPr>
        <w:pStyle w:val="berschrift3"/>
        <w:rPr>
          <w:lang w:val="de-DE"/>
        </w:rPr>
      </w:pPr>
      <w:r>
        <w:rPr>
          <w:lang w:val="de-DE"/>
        </w:rPr>
        <w:t>Sonstiges</w:t>
      </w:r>
    </w:p>
    <w:p w14:paraId="1FC23449" w14:textId="77777777" w:rsidR="008F2525" w:rsidRPr="008F2525" w:rsidRDefault="008F2525" w:rsidP="008F2525">
      <w:pPr>
        <w:rPr>
          <w:lang w:val="de-DE"/>
        </w:rPr>
      </w:pPr>
      <w:r w:rsidRPr="008F2525">
        <w:rPr>
          <w:lang w:val="de-DE"/>
        </w:rPr>
        <w:t>Betrag: __________ €</w:t>
      </w:r>
    </w:p>
    <w:p w14:paraId="1C4FEC92" w14:textId="77777777" w:rsidR="008F2525" w:rsidRDefault="008F2525" w:rsidP="008F2525">
      <w:pPr>
        <w:rPr>
          <w:lang w:val="de-DE"/>
        </w:rPr>
      </w:pPr>
      <w:r w:rsidRPr="008F2525">
        <w:rPr>
          <w:lang w:val="de-DE"/>
        </w:rPr>
        <w:t xml:space="preserve">Art der </w:t>
      </w:r>
      <w:r>
        <w:rPr>
          <w:lang w:val="de-DE"/>
        </w:rPr>
        <w:t>Aufwendungen</w:t>
      </w:r>
      <w:r w:rsidRPr="008F2525">
        <w:rPr>
          <w:lang w:val="de-DE"/>
        </w:rPr>
        <w:t>: ______________________________________</w:t>
      </w:r>
      <w:r w:rsidR="00A21C00" w:rsidRPr="008F2525">
        <w:rPr>
          <w:lang w:val="de-DE"/>
        </w:rPr>
        <w:br/>
      </w:r>
    </w:p>
    <w:p w14:paraId="71D82748" w14:textId="1ADC9BC1" w:rsidR="004B2F84" w:rsidRPr="008F2525" w:rsidRDefault="00A21C00" w:rsidP="008F2525">
      <w:pPr>
        <w:pStyle w:val="berschrift2"/>
        <w:rPr>
          <w:lang w:val="de-DE"/>
        </w:rPr>
      </w:pPr>
      <w:r w:rsidRPr="008F2525">
        <w:rPr>
          <w:lang w:val="de-DE"/>
        </w:rPr>
        <w:t>Belegnachweise</w:t>
      </w:r>
      <w:r w:rsidRPr="008F2525">
        <w:rPr>
          <w:lang w:val="de-DE"/>
        </w:rPr>
        <w:br/>
      </w:r>
    </w:p>
    <w:p w14:paraId="0C67E747" w14:textId="77777777" w:rsidR="004B2F84" w:rsidRPr="008F2525" w:rsidRDefault="00A21C00">
      <w:pPr>
        <w:rPr>
          <w:lang w:val="de-DE"/>
        </w:rPr>
      </w:pPr>
      <w:r w:rsidRPr="008F2525">
        <w:rPr>
          <w:lang w:val="de-DE"/>
        </w:rPr>
        <w:t>☐</w:t>
      </w:r>
      <w:r w:rsidRPr="008F2525">
        <w:rPr>
          <w:lang w:val="de-DE"/>
        </w:rPr>
        <w:t xml:space="preserve"> Belege vollständig beigefügt</w:t>
      </w:r>
    </w:p>
    <w:p w14:paraId="0920347C" w14:textId="77777777" w:rsidR="004B2F84" w:rsidRPr="008F2525" w:rsidRDefault="00A21C00">
      <w:pPr>
        <w:rPr>
          <w:lang w:val="de-DE"/>
        </w:rPr>
      </w:pPr>
      <w:r w:rsidRPr="008F2525">
        <w:rPr>
          <w:lang w:val="de-DE"/>
        </w:rPr>
        <w:t>☐</w:t>
      </w:r>
      <w:r w:rsidRPr="008F2525">
        <w:rPr>
          <w:lang w:val="de-DE"/>
        </w:rPr>
        <w:t xml:space="preserve"> Belege werden nachgereicht bis: _______________</w:t>
      </w:r>
    </w:p>
    <w:p w14:paraId="338A3A89" w14:textId="77777777" w:rsidR="004B2F84" w:rsidRPr="008F2525" w:rsidRDefault="00A21C00">
      <w:pPr>
        <w:pStyle w:val="berschrift2"/>
        <w:rPr>
          <w:lang w:val="de-DE"/>
        </w:rPr>
      </w:pPr>
      <w:r w:rsidRPr="008F2525">
        <w:rPr>
          <w:lang w:val="de-DE"/>
        </w:rPr>
        <w:br/>
        <w:t>Unterschrift des Beteiligten</w:t>
      </w:r>
      <w:r w:rsidRPr="008F2525">
        <w:rPr>
          <w:lang w:val="de-DE"/>
        </w:rPr>
        <w:br/>
      </w:r>
    </w:p>
    <w:p w14:paraId="58F46A2B" w14:textId="77777777" w:rsidR="004B2F84" w:rsidRDefault="00A21C00">
      <w:r>
        <w:t>Ort, Datum: _____________________</w:t>
      </w:r>
    </w:p>
    <w:p w14:paraId="3399C9A4" w14:textId="77777777" w:rsidR="004B2F84" w:rsidRDefault="00A21C00">
      <w:r>
        <w:t>Unterschrift: _________</w:t>
      </w:r>
      <w:r>
        <w:t>__________________</w:t>
      </w:r>
    </w:p>
    <w:sectPr w:rsidR="004B2F8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CA794" w14:textId="77777777" w:rsidR="00A21C00" w:rsidRDefault="00A21C00" w:rsidP="008F2525">
      <w:pPr>
        <w:spacing w:after="0" w:line="240" w:lineRule="auto"/>
      </w:pPr>
      <w:r>
        <w:separator/>
      </w:r>
    </w:p>
  </w:endnote>
  <w:endnote w:type="continuationSeparator" w:id="0">
    <w:p w14:paraId="13A4493D" w14:textId="77777777" w:rsidR="00A21C00" w:rsidRDefault="00A21C00" w:rsidP="008F2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824C5" w14:textId="77777777" w:rsidR="00A21C00" w:rsidRDefault="00A21C00" w:rsidP="008F2525">
      <w:pPr>
        <w:spacing w:after="0" w:line="240" w:lineRule="auto"/>
      </w:pPr>
      <w:r>
        <w:separator/>
      </w:r>
    </w:p>
  </w:footnote>
  <w:footnote w:type="continuationSeparator" w:id="0">
    <w:p w14:paraId="43DE6778" w14:textId="77777777" w:rsidR="00A21C00" w:rsidRDefault="00A21C00" w:rsidP="008F2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3B03578"/>
    <w:multiLevelType w:val="hybridMultilevel"/>
    <w:tmpl w:val="E0A8145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B8553A"/>
    <w:multiLevelType w:val="hybridMultilevel"/>
    <w:tmpl w:val="AF3C3A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B2F84"/>
    <w:rsid w:val="008F2525"/>
    <w:rsid w:val="00A21C00"/>
    <w:rsid w:val="00AA1D8D"/>
    <w:rsid w:val="00B47730"/>
    <w:rsid w:val="00CA2A5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17F3EB"/>
  <w14:defaultImageDpi w14:val="300"/>
  <w15:docId w15:val="{1D9CF4F4-D2BC-4993-98BA-DEACF9AB2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SO999929 xmlns="http://www.datev.de/BSOffice/999929">5e83330a-1ebe-411b-a02b-c7e27e4ea8bd</BSO999929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CD6576-3E73-42D0-8050-F04514CAF15D}">
  <ds:schemaRefs>
    <ds:schemaRef ds:uri="http://www.datev.de/BSOffice/9999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tim-ole.popien</cp:lastModifiedBy>
  <cp:revision>2</cp:revision>
  <dcterms:created xsi:type="dcterms:W3CDTF">2025-05-28T03:54:00Z</dcterms:created>
  <dcterms:modified xsi:type="dcterms:W3CDTF">2025-05-28T03:54:00Z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V-DMS_MANDANT_NR">
    <vt:lpwstr>15058</vt:lpwstr>
  </property>
  <property fmtid="{D5CDD505-2E9C-101B-9397-08002B2CF9AE}" pid="3" name="DATEV-DMS_MANDANT_BEZ">
    <vt:lpwstr>WEV - Wagenfelder Energie Verw</vt:lpwstr>
  </property>
  <property fmtid="{D5CDD505-2E9C-101B-9397-08002B2CF9AE}" pid="4" name="DATEV-DMS_DOKU_NR">
    <vt:lpwstr>335178</vt:lpwstr>
  </property>
  <property fmtid="{D5CDD505-2E9C-101B-9397-08002B2CF9AE}" pid="5" name="DATEV-DMS_BETREFF">
    <vt:lpwstr>Aktenvermerk Liste SBA Gesellschafter </vt:lpwstr>
  </property>
</Properties>
</file>