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EA334" w14:textId="77777777" w:rsidR="00F06F9C" w:rsidRPr="00EB2295" w:rsidRDefault="00EB2295">
      <w:pPr>
        <w:pStyle w:val="berschrift1"/>
        <w:rPr>
          <w:lang w:val="de-DE"/>
        </w:rPr>
      </w:pPr>
      <w:r w:rsidRPr="00EB2295">
        <w:rPr>
          <w:lang w:val="de-DE"/>
        </w:rPr>
        <w:t>Fahrtenliste für Gesellschafter</w:t>
      </w:r>
    </w:p>
    <w:p w14:paraId="0057E6AC" w14:textId="77777777" w:rsidR="00F06F9C" w:rsidRPr="00EB2295" w:rsidRDefault="00EB2295">
      <w:pPr>
        <w:rPr>
          <w:lang w:val="de-DE"/>
        </w:rPr>
      </w:pPr>
      <w:r w:rsidRPr="00EB2295">
        <w:rPr>
          <w:lang w:val="de-DE"/>
        </w:rPr>
        <w:t>(zur Erfassung von Fahrten im Zusammenhang mit Sonderbetriebsausgaben)</w:t>
      </w:r>
    </w:p>
    <w:p w14:paraId="473913B9" w14:textId="2478AD20" w:rsidR="00F06F9C" w:rsidRDefault="00EB2295">
      <w:pPr>
        <w:rPr>
          <w:lang w:val="de-DE"/>
        </w:rPr>
      </w:pPr>
      <w:r w:rsidRPr="00EB2295">
        <w:rPr>
          <w:lang w:val="de-DE"/>
        </w:rPr>
        <w:br/>
        <w:t>Name des Gesellschafters: ___________________________</w:t>
      </w:r>
    </w:p>
    <w:p w14:paraId="4496600B" w14:textId="78CE285B" w:rsidR="00674F44" w:rsidRPr="00EB2295" w:rsidRDefault="00674F44">
      <w:pPr>
        <w:rPr>
          <w:lang w:val="de-DE"/>
        </w:rPr>
      </w:pPr>
      <w:r>
        <w:rPr>
          <w:lang w:val="de-DE"/>
        </w:rPr>
        <w:t>Name der Gesellschaft:</w:t>
      </w:r>
      <w:r w:rsidRPr="00EB2295">
        <w:rPr>
          <w:lang w:val="de-DE"/>
        </w:rPr>
        <w:t xml:space="preserve"> ___________________________</w:t>
      </w:r>
    </w:p>
    <w:p w14:paraId="73B685BC" w14:textId="77777777" w:rsidR="00F06F9C" w:rsidRPr="00EB2295" w:rsidRDefault="00EB2295">
      <w:pPr>
        <w:rPr>
          <w:lang w:val="de-DE"/>
        </w:rPr>
      </w:pPr>
      <w:r w:rsidRPr="00EB2295">
        <w:rPr>
          <w:lang w:val="de-DE"/>
        </w:rPr>
        <w:t>Fahrzeug (Modell/Kennzeichen): _____________________</w:t>
      </w:r>
    </w:p>
    <w:p w14:paraId="3C356A3E" w14:textId="77777777" w:rsidR="00F06F9C" w:rsidRDefault="00EB2295">
      <w:r>
        <w:t>Zeitraum: ___________________________</w:t>
      </w:r>
      <w: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F06F9C" w14:paraId="377BE7DD" w14:textId="77777777">
        <w:tc>
          <w:tcPr>
            <w:tcW w:w="1728" w:type="dxa"/>
          </w:tcPr>
          <w:p w14:paraId="6839AA8E" w14:textId="77777777" w:rsidR="00F06F9C" w:rsidRDefault="00EB2295">
            <w:r>
              <w:t>Datum</w:t>
            </w:r>
          </w:p>
        </w:tc>
        <w:tc>
          <w:tcPr>
            <w:tcW w:w="1728" w:type="dxa"/>
          </w:tcPr>
          <w:p w14:paraId="07510838" w14:textId="77777777" w:rsidR="00F06F9C" w:rsidRDefault="00EB2295">
            <w:r>
              <w:t>Startadresse</w:t>
            </w:r>
          </w:p>
        </w:tc>
        <w:tc>
          <w:tcPr>
            <w:tcW w:w="1728" w:type="dxa"/>
          </w:tcPr>
          <w:p w14:paraId="4AB4FEC5" w14:textId="77777777" w:rsidR="00F06F9C" w:rsidRDefault="00EB2295">
            <w:r>
              <w:t>Zieladresse</w:t>
            </w:r>
          </w:p>
        </w:tc>
        <w:tc>
          <w:tcPr>
            <w:tcW w:w="1728" w:type="dxa"/>
          </w:tcPr>
          <w:p w14:paraId="1C9EAEC6" w14:textId="77777777" w:rsidR="00F06F9C" w:rsidRDefault="00EB2295">
            <w:r>
              <w:t>Gefahrene Kilometer (km)</w:t>
            </w:r>
          </w:p>
        </w:tc>
        <w:tc>
          <w:tcPr>
            <w:tcW w:w="1728" w:type="dxa"/>
          </w:tcPr>
          <w:p w14:paraId="0EA3A84A" w14:textId="77777777" w:rsidR="00F06F9C" w:rsidRDefault="00EB2295">
            <w:r>
              <w:t>Anlass der Fahrt</w:t>
            </w:r>
          </w:p>
        </w:tc>
      </w:tr>
      <w:tr w:rsidR="00F06F9C" w14:paraId="47E4BF8F" w14:textId="77777777">
        <w:tc>
          <w:tcPr>
            <w:tcW w:w="1728" w:type="dxa"/>
          </w:tcPr>
          <w:p w14:paraId="277ADFFB" w14:textId="77777777" w:rsidR="00F06F9C" w:rsidRDefault="00F06F9C"/>
        </w:tc>
        <w:tc>
          <w:tcPr>
            <w:tcW w:w="1728" w:type="dxa"/>
          </w:tcPr>
          <w:p w14:paraId="2FEF59BB" w14:textId="77777777" w:rsidR="00F06F9C" w:rsidRDefault="00F06F9C"/>
        </w:tc>
        <w:tc>
          <w:tcPr>
            <w:tcW w:w="1728" w:type="dxa"/>
          </w:tcPr>
          <w:p w14:paraId="0C522198" w14:textId="77777777" w:rsidR="00F06F9C" w:rsidRDefault="00F06F9C"/>
        </w:tc>
        <w:tc>
          <w:tcPr>
            <w:tcW w:w="1728" w:type="dxa"/>
          </w:tcPr>
          <w:p w14:paraId="45DF82B5" w14:textId="77777777" w:rsidR="00F06F9C" w:rsidRDefault="00F06F9C"/>
        </w:tc>
        <w:tc>
          <w:tcPr>
            <w:tcW w:w="1728" w:type="dxa"/>
          </w:tcPr>
          <w:p w14:paraId="2AA64654" w14:textId="77777777" w:rsidR="00F06F9C" w:rsidRDefault="00F06F9C"/>
        </w:tc>
      </w:tr>
      <w:tr w:rsidR="00F06F9C" w14:paraId="14CD2FA7" w14:textId="77777777">
        <w:tc>
          <w:tcPr>
            <w:tcW w:w="1728" w:type="dxa"/>
          </w:tcPr>
          <w:p w14:paraId="2D95AFE3" w14:textId="77777777" w:rsidR="00F06F9C" w:rsidRDefault="00F06F9C"/>
        </w:tc>
        <w:tc>
          <w:tcPr>
            <w:tcW w:w="1728" w:type="dxa"/>
          </w:tcPr>
          <w:p w14:paraId="62895042" w14:textId="77777777" w:rsidR="00F06F9C" w:rsidRDefault="00F06F9C"/>
        </w:tc>
        <w:tc>
          <w:tcPr>
            <w:tcW w:w="1728" w:type="dxa"/>
          </w:tcPr>
          <w:p w14:paraId="48D8E80A" w14:textId="77777777" w:rsidR="00F06F9C" w:rsidRDefault="00F06F9C"/>
        </w:tc>
        <w:tc>
          <w:tcPr>
            <w:tcW w:w="1728" w:type="dxa"/>
          </w:tcPr>
          <w:p w14:paraId="444AAF55" w14:textId="77777777" w:rsidR="00F06F9C" w:rsidRDefault="00F06F9C"/>
        </w:tc>
        <w:tc>
          <w:tcPr>
            <w:tcW w:w="1728" w:type="dxa"/>
          </w:tcPr>
          <w:p w14:paraId="003538B5" w14:textId="77777777" w:rsidR="00F06F9C" w:rsidRDefault="00F06F9C"/>
        </w:tc>
      </w:tr>
      <w:tr w:rsidR="00F06F9C" w14:paraId="1637DF2E" w14:textId="77777777">
        <w:tc>
          <w:tcPr>
            <w:tcW w:w="1728" w:type="dxa"/>
          </w:tcPr>
          <w:p w14:paraId="1EA9E07B" w14:textId="77777777" w:rsidR="00F06F9C" w:rsidRDefault="00F06F9C"/>
        </w:tc>
        <w:tc>
          <w:tcPr>
            <w:tcW w:w="1728" w:type="dxa"/>
          </w:tcPr>
          <w:p w14:paraId="7615831D" w14:textId="77777777" w:rsidR="00F06F9C" w:rsidRDefault="00F06F9C"/>
        </w:tc>
        <w:tc>
          <w:tcPr>
            <w:tcW w:w="1728" w:type="dxa"/>
          </w:tcPr>
          <w:p w14:paraId="3253D6F0" w14:textId="77777777" w:rsidR="00F06F9C" w:rsidRDefault="00F06F9C"/>
        </w:tc>
        <w:tc>
          <w:tcPr>
            <w:tcW w:w="1728" w:type="dxa"/>
          </w:tcPr>
          <w:p w14:paraId="55698223" w14:textId="77777777" w:rsidR="00F06F9C" w:rsidRDefault="00F06F9C"/>
        </w:tc>
        <w:tc>
          <w:tcPr>
            <w:tcW w:w="1728" w:type="dxa"/>
          </w:tcPr>
          <w:p w14:paraId="4BB26775" w14:textId="77777777" w:rsidR="00F06F9C" w:rsidRDefault="00F06F9C"/>
        </w:tc>
      </w:tr>
      <w:tr w:rsidR="00F06F9C" w14:paraId="5BB2F4D8" w14:textId="77777777">
        <w:tc>
          <w:tcPr>
            <w:tcW w:w="1728" w:type="dxa"/>
          </w:tcPr>
          <w:p w14:paraId="78799BDC" w14:textId="77777777" w:rsidR="00F06F9C" w:rsidRDefault="00F06F9C"/>
        </w:tc>
        <w:tc>
          <w:tcPr>
            <w:tcW w:w="1728" w:type="dxa"/>
          </w:tcPr>
          <w:p w14:paraId="6C5D30F1" w14:textId="77777777" w:rsidR="00F06F9C" w:rsidRDefault="00F06F9C"/>
        </w:tc>
        <w:tc>
          <w:tcPr>
            <w:tcW w:w="1728" w:type="dxa"/>
          </w:tcPr>
          <w:p w14:paraId="4E2B8EA7" w14:textId="77777777" w:rsidR="00F06F9C" w:rsidRDefault="00F06F9C"/>
        </w:tc>
        <w:tc>
          <w:tcPr>
            <w:tcW w:w="1728" w:type="dxa"/>
          </w:tcPr>
          <w:p w14:paraId="780C754E" w14:textId="77777777" w:rsidR="00F06F9C" w:rsidRDefault="00F06F9C"/>
        </w:tc>
        <w:tc>
          <w:tcPr>
            <w:tcW w:w="1728" w:type="dxa"/>
          </w:tcPr>
          <w:p w14:paraId="10FD2CF9" w14:textId="77777777" w:rsidR="00F06F9C" w:rsidRDefault="00F06F9C"/>
        </w:tc>
      </w:tr>
      <w:tr w:rsidR="00F06F9C" w14:paraId="56B86FED" w14:textId="77777777">
        <w:tc>
          <w:tcPr>
            <w:tcW w:w="1728" w:type="dxa"/>
          </w:tcPr>
          <w:p w14:paraId="7B67D8A2" w14:textId="77777777" w:rsidR="00F06F9C" w:rsidRDefault="00F06F9C"/>
        </w:tc>
        <w:tc>
          <w:tcPr>
            <w:tcW w:w="1728" w:type="dxa"/>
          </w:tcPr>
          <w:p w14:paraId="59EEBAB5" w14:textId="77777777" w:rsidR="00F06F9C" w:rsidRDefault="00F06F9C"/>
        </w:tc>
        <w:tc>
          <w:tcPr>
            <w:tcW w:w="1728" w:type="dxa"/>
          </w:tcPr>
          <w:p w14:paraId="367D9556" w14:textId="77777777" w:rsidR="00F06F9C" w:rsidRDefault="00F06F9C"/>
        </w:tc>
        <w:tc>
          <w:tcPr>
            <w:tcW w:w="1728" w:type="dxa"/>
          </w:tcPr>
          <w:p w14:paraId="0AD6C715" w14:textId="77777777" w:rsidR="00F06F9C" w:rsidRDefault="00F06F9C"/>
        </w:tc>
        <w:tc>
          <w:tcPr>
            <w:tcW w:w="1728" w:type="dxa"/>
          </w:tcPr>
          <w:p w14:paraId="6CA02500" w14:textId="77777777" w:rsidR="00F06F9C" w:rsidRDefault="00F06F9C"/>
        </w:tc>
      </w:tr>
      <w:tr w:rsidR="00F06F9C" w14:paraId="2AD8D0EC" w14:textId="77777777">
        <w:tc>
          <w:tcPr>
            <w:tcW w:w="1728" w:type="dxa"/>
          </w:tcPr>
          <w:p w14:paraId="7CAACBE8" w14:textId="77777777" w:rsidR="00F06F9C" w:rsidRDefault="00F06F9C"/>
        </w:tc>
        <w:tc>
          <w:tcPr>
            <w:tcW w:w="1728" w:type="dxa"/>
          </w:tcPr>
          <w:p w14:paraId="3F5D8A4D" w14:textId="77777777" w:rsidR="00F06F9C" w:rsidRDefault="00F06F9C"/>
        </w:tc>
        <w:tc>
          <w:tcPr>
            <w:tcW w:w="1728" w:type="dxa"/>
          </w:tcPr>
          <w:p w14:paraId="028F921B" w14:textId="77777777" w:rsidR="00F06F9C" w:rsidRDefault="00F06F9C"/>
        </w:tc>
        <w:tc>
          <w:tcPr>
            <w:tcW w:w="1728" w:type="dxa"/>
          </w:tcPr>
          <w:p w14:paraId="58E4B906" w14:textId="77777777" w:rsidR="00F06F9C" w:rsidRDefault="00F06F9C"/>
        </w:tc>
        <w:tc>
          <w:tcPr>
            <w:tcW w:w="1728" w:type="dxa"/>
          </w:tcPr>
          <w:p w14:paraId="599B0342" w14:textId="77777777" w:rsidR="00F06F9C" w:rsidRDefault="00F06F9C"/>
        </w:tc>
      </w:tr>
      <w:tr w:rsidR="00F06F9C" w14:paraId="244798A0" w14:textId="77777777">
        <w:tc>
          <w:tcPr>
            <w:tcW w:w="1728" w:type="dxa"/>
          </w:tcPr>
          <w:p w14:paraId="5AD3AE52" w14:textId="77777777" w:rsidR="00F06F9C" w:rsidRDefault="00F06F9C"/>
        </w:tc>
        <w:tc>
          <w:tcPr>
            <w:tcW w:w="1728" w:type="dxa"/>
          </w:tcPr>
          <w:p w14:paraId="05D36FA9" w14:textId="77777777" w:rsidR="00F06F9C" w:rsidRDefault="00F06F9C"/>
        </w:tc>
        <w:tc>
          <w:tcPr>
            <w:tcW w:w="1728" w:type="dxa"/>
          </w:tcPr>
          <w:p w14:paraId="1B6F6124" w14:textId="77777777" w:rsidR="00F06F9C" w:rsidRDefault="00F06F9C"/>
        </w:tc>
        <w:tc>
          <w:tcPr>
            <w:tcW w:w="1728" w:type="dxa"/>
          </w:tcPr>
          <w:p w14:paraId="1AEE6524" w14:textId="77777777" w:rsidR="00F06F9C" w:rsidRDefault="00F06F9C"/>
        </w:tc>
        <w:tc>
          <w:tcPr>
            <w:tcW w:w="1728" w:type="dxa"/>
          </w:tcPr>
          <w:p w14:paraId="46AADF5C" w14:textId="77777777" w:rsidR="00F06F9C" w:rsidRDefault="00F06F9C"/>
        </w:tc>
      </w:tr>
      <w:tr w:rsidR="00F06F9C" w14:paraId="31F718AE" w14:textId="77777777">
        <w:tc>
          <w:tcPr>
            <w:tcW w:w="1728" w:type="dxa"/>
          </w:tcPr>
          <w:p w14:paraId="69B7018C" w14:textId="77777777" w:rsidR="00F06F9C" w:rsidRDefault="00F06F9C"/>
        </w:tc>
        <w:tc>
          <w:tcPr>
            <w:tcW w:w="1728" w:type="dxa"/>
          </w:tcPr>
          <w:p w14:paraId="2CC34661" w14:textId="77777777" w:rsidR="00F06F9C" w:rsidRDefault="00F06F9C"/>
        </w:tc>
        <w:tc>
          <w:tcPr>
            <w:tcW w:w="1728" w:type="dxa"/>
          </w:tcPr>
          <w:p w14:paraId="5A6FCE01" w14:textId="77777777" w:rsidR="00F06F9C" w:rsidRDefault="00F06F9C"/>
        </w:tc>
        <w:tc>
          <w:tcPr>
            <w:tcW w:w="1728" w:type="dxa"/>
          </w:tcPr>
          <w:p w14:paraId="0E3EE33E" w14:textId="77777777" w:rsidR="00F06F9C" w:rsidRDefault="00F06F9C"/>
        </w:tc>
        <w:tc>
          <w:tcPr>
            <w:tcW w:w="1728" w:type="dxa"/>
          </w:tcPr>
          <w:p w14:paraId="1DA08410" w14:textId="77777777" w:rsidR="00F06F9C" w:rsidRDefault="00F06F9C"/>
        </w:tc>
      </w:tr>
      <w:tr w:rsidR="00F06F9C" w14:paraId="3ECFDC3A" w14:textId="77777777">
        <w:tc>
          <w:tcPr>
            <w:tcW w:w="1728" w:type="dxa"/>
          </w:tcPr>
          <w:p w14:paraId="6F7A8DE5" w14:textId="77777777" w:rsidR="00F06F9C" w:rsidRDefault="00F06F9C"/>
        </w:tc>
        <w:tc>
          <w:tcPr>
            <w:tcW w:w="1728" w:type="dxa"/>
          </w:tcPr>
          <w:p w14:paraId="4BA27D5B" w14:textId="77777777" w:rsidR="00F06F9C" w:rsidRDefault="00F06F9C"/>
        </w:tc>
        <w:tc>
          <w:tcPr>
            <w:tcW w:w="1728" w:type="dxa"/>
          </w:tcPr>
          <w:p w14:paraId="33AFECF1" w14:textId="77777777" w:rsidR="00F06F9C" w:rsidRDefault="00F06F9C"/>
        </w:tc>
        <w:tc>
          <w:tcPr>
            <w:tcW w:w="1728" w:type="dxa"/>
          </w:tcPr>
          <w:p w14:paraId="7F21AE11" w14:textId="77777777" w:rsidR="00F06F9C" w:rsidRDefault="00F06F9C"/>
        </w:tc>
        <w:tc>
          <w:tcPr>
            <w:tcW w:w="1728" w:type="dxa"/>
          </w:tcPr>
          <w:p w14:paraId="4A1FBE2F" w14:textId="77777777" w:rsidR="00F06F9C" w:rsidRDefault="00F06F9C"/>
        </w:tc>
      </w:tr>
      <w:tr w:rsidR="00F06F9C" w14:paraId="04ADFAD4" w14:textId="77777777">
        <w:tc>
          <w:tcPr>
            <w:tcW w:w="1728" w:type="dxa"/>
          </w:tcPr>
          <w:p w14:paraId="47407E07" w14:textId="77777777" w:rsidR="00F06F9C" w:rsidRDefault="00F06F9C"/>
        </w:tc>
        <w:tc>
          <w:tcPr>
            <w:tcW w:w="1728" w:type="dxa"/>
          </w:tcPr>
          <w:p w14:paraId="102FAE09" w14:textId="77777777" w:rsidR="00F06F9C" w:rsidRDefault="00F06F9C"/>
        </w:tc>
        <w:tc>
          <w:tcPr>
            <w:tcW w:w="1728" w:type="dxa"/>
          </w:tcPr>
          <w:p w14:paraId="10343A6E" w14:textId="77777777" w:rsidR="00F06F9C" w:rsidRDefault="00F06F9C"/>
        </w:tc>
        <w:tc>
          <w:tcPr>
            <w:tcW w:w="1728" w:type="dxa"/>
          </w:tcPr>
          <w:p w14:paraId="3EB2596A" w14:textId="77777777" w:rsidR="00F06F9C" w:rsidRDefault="00F06F9C"/>
        </w:tc>
        <w:tc>
          <w:tcPr>
            <w:tcW w:w="1728" w:type="dxa"/>
          </w:tcPr>
          <w:p w14:paraId="5B1D0DF9" w14:textId="77777777" w:rsidR="00F06F9C" w:rsidRDefault="00F06F9C"/>
        </w:tc>
      </w:tr>
    </w:tbl>
    <w:p w14:paraId="217C43AD" w14:textId="69756FAE" w:rsidR="00F06F9C" w:rsidRPr="00EB2295" w:rsidRDefault="00EB2295">
      <w:pPr>
        <w:rPr>
          <w:lang w:val="de-DE"/>
        </w:rPr>
      </w:pPr>
      <w:r w:rsidRPr="00EB2295">
        <w:rPr>
          <w:lang w:val="de-DE"/>
        </w:rPr>
        <w:br/>
        <w:t>Hinweis:</w:t>
      </w:r>
      <w:r w:rsidRPr="00EB2295">
        <w:rPr>
          <w:lang w:val="de-DE"/>
        </w:rPr>
        <w:br/>
        <w:t>Bitte tragen Sie alle beruflich/betrieblich veranlassten Fahrten zeitnah, vollständig und wahrheitsgemäß ein. Diese Angaben dienen dem Nachweis gegenüber dem Finanzamt und können steuerlich als Sonderbetriebsausgaben geltend gemacht werden.</w:t>
      </w:r>
    </w:p>
    <w:p w14:paraId="594A5CF9" w14:textId="14DD927A" w:rsidR="00EB2295" w:rsidRPr="00EB2295" w:rsidRDefault="00EB2295" w:rsidP="00EB2295">
      <w:pPr>
        <w:rPr>
          <w:lang w:val="de-DE"/>
        </w:rPr>
      </w:pPr>
    </w:p>
    <w:p w14:paraId="134919E1" w14:textId="7672921E" w:rsidR="00EB2295" w:rsidRPr="00EB2295" w:rsidRDefault="00EB2295" w:rsidP="00EB2295">
      <w:pPr>
        <w:rPr>
          <w:lang w:val="de-DE"/>
        </w:rPr>
      </w:pPr>
    </w:p>
    <w:p w14:paraId="245C90BF" w14:textId="78C8B5E3" w:rsidR="00EB2295" w:rsidRPr="00EB2295" w:rsidRDefault="00EB2295" w:rsidP="00EB2295">
      <w:r>
        <w:t>Ort, Datum</w:t>
      </w:r>
      <w:r>
        <w:tab/>
      </w:r>
      <w:r>
        <w:tab/>
        <w:t>Unterschrift</w:t>
      </w:r>
    </w:p>
    <w:sectPr w:rsidR="00EB2295" w:rsidRPr="00EB22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26092" w14:textId="77777777" w:rsidR="00EB2295" w:rsidRDefault="00EB2295" w:rsidP="00EB2295">
      <w:pPr>
        <w:spacing w:after="0" w:line="240" w:lineRule="auto"/>
      </w:pPr>
      <w:r>
        <w:separator/>
      </w:r>
    </w:p>
  </w:endnote>
  <w:endnote w:type="continuationSeparator" w:id="0">
    <w:p w14:paraId="491EA7F4" w14:textId="77777777" w:rsidR="00EB2295" w:rsidRDefault="00EB2295" w:rsidP="00EB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46BC1" w14:textId="77777777" w:rsidR="00EB2295" w:rsidRDefault="00EB2295" w:rsidP="00EB2295">
      <w:pPr>
        <w:spacing w:after="0" w:line="240" w:lineRule="auto"/>
      </w:pPr>
      <w:r>
        <w:separator/>
      </w:r>
    </w:p>
  </w:footnote>
  <w:footnote w:type="continuationSeparator" w:id="0">
    <w:p w14:paraId="7C5942FC" w14:textId="77777777" w:rsidR="00EB2295" w:rsidRDefault="00EB2295" w:rsidP="00EB2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74F44"/>
    <w:rsid w:val="00AA1D8D"/>
    <w:rsid w:val="00B47730"/>
    <w:rsid w:val="00CB0664"/>
    <w:rsid w:val="00EB2295"/>
    <w:rsid w:val="00F06F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93A3989"/>
  <w14:defaultImageDpi w14:val="300"/>
  <w15:docId w15:val="{77C64D9B-FEC8-48A5-AB31-38FB347A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SO999929 xmlns="http://www.datev.de/BSOffice/999929">89204b4c-b703-4cf2-8bc2-9f7f5c64107b</BSO999929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D2A6C8-01B3-47B5-A4E4-CC256E83EF34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tim-ole.popien</cp:lastModifiedBy>
  <cp:revision>3</cp:revision>
  <dcterms:created xsi:type="dcterms:W3CDTF">2013-12-23T23:15:00Z</dcterms:created>
  <dcterms:modified xsi:type="dcterms:W3CDTF">2025-05-16T10:16:00Z</dcterms:modified>
  <cp:category/>
</cp:coreProperties>
</file>